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04950" w14:textId="5A699678" w:rsidR="00527931" w:rsidRPr="00527931" w:rsidRDefault="009C04FC" w:rsidP="000F7FC5">
      <w:pPr>
        <w:pStyle w:val="Heading1"/>
        <w:spacing w:before="0" w:line="240" w:lineRule="auto"/>
        <w:jc w:val="center"/>
        <w:rPr>
          <w:rFonts w:asciiTheme="majorBidi" w:hAnsiTheme="majorBidi"/>
          <w:color w:val="auto"/>
        </w:rPr>
      </w:pPr>
      <w:bookmarkStart w:id="0" w:name="_GoBack"/>
      <w:bookmarkEnd w:id="0"/>
      <w:r w:rsidRPr="009C04FC">
        <w:rPr>
          <w:rFonts w:asciiTheme="majorBidi" w:hAnsiTheme="majorBidi"/>
          <w:noProof/>
          <w:color w:val="auto"/>
        </w:rPr>
        <w:drawing>
          <wp:inline distT="0" distB="0" distL="0" distR="0" wp14:anchorId="1FBE66D7" wp14:editId="667C1980">
            <wp:extent cx="2673487" cy="895396"/>
            <wp:effectExtent l="0" t="0" r="0" b="0"/>
            <wp:docPr id="20538866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88662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3487" cy="89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DD67A" w14:textId="66D3E50A" w:rsidR="00445AE4" w:rsidRPr="00527931" w:rsidRDefault="00546459" w:rsidP="000F7FC5">
      <w:pPr>
        <w:pStyle w:val="Heading2"/>
        <w:spacing w:before="0" w:line="240" w:lineRule="auto"/>
        <w:jc w:val="center"/>
        <w:rPr>
          <w:rFonts w:asciiTheme="majorBidi" w:hAnsiTheme="majorBidi"/>
          <w:color w:val="auto"/>
          <w:sz w:val="28"/>
          <w:szCs w:val="28"/>
        </w:rPr>
      </w:pPr>
      <w:r w:rsidRPr="00527931">
        <w:rPr>
          <w:rFonts w:asciiTheme="majorBidi" w:hAnsiTheme="majorBidi"/>
          <w:color w:val="auto"/>
          <w:sz w:val="28"/>
          <w:szCs w:val="28"/>
        </w:rPr>
        <w:t xml:space="preserve">College of Economics, Management, and Information Systems.  </w:t>
      </w:r>
    </w:p>
    <w:p w14:paraId="2319D140" w14:textId="2D133AF0" w:rsidR="00445AE4" w:rsidRPr="00527931" w:rsidRDefault="00DB68A1" w:rsidP="000F7FC5">
      <w:pPr>
        <w:pStyle w:val="Heading2"/>
        <w:spacing w:before="0" w:line="240" w:lineRule="auto"/>
        <w:jc w:val="center"/>
        <w:rPr>
          <w:rFonts w:asciiTheme="majorBidi" w:hAnsiTheme="majorBidi"/>
          <w:color w:val="auto"/>
          <w:sz w:val="28"/>
          <w:szCs w:val="28"/>
        </w:rPr>
      </w:pPr>
      <w:r>
        <w:rPr>
          <w:rFonts w:asciiTheme="majorBidi" w:hAnsiTheme="majorBidi"/>
          <w:color w:val="auto"/>
          <w:sz w:val="28"/>
          <w:szCs w:val="28"/>
        </w:rPr>
        <w:t xml:space="preserve">Department of </w:t>
      </w:r>
      <w:r w:rsidR="006637E0" w:rsidRPr="00527931">
        <w:rPr>
          <w:rFonts w:asciiTheme="majorBidi" w:hAnsiTheme="majorBidi"/>
          <w:color w:val="auto"/>
          <w:sz w:val="28"/>
          <w:szCs w:val="28"/>
        </w:rPr>
        <w:t xml:space="preserve">Information </w:t>
      </w:r>
      <w:r w:rsidR="000F7FC5" w:rsidRPr="00527931">
        <w:rPr>
          <w:rFonts w:asciiTheme="majorBidi" w:hAnsiTheme="majorBidi"/>
          <w:color w:val="auto"/>
          <w:sz w:val="28"/>
          <w:szCs w:val="28"/>
        </w:rPr>
        <w:t xml:space="preserve">Systems </w:t>
      </w:r>
      <w:r w:rsidR="00546459" w:rsidRPr="00527931">
        <w:rPr>
          <w:rFonts w:asciiTheme="majorBidi" w:hAnsiTheme="majorBidi"/>
          <w:color w:val="auto"/>
          <w:sz w:val="28"/>
          <w:szCs w:val="28"/>
        </w:rPr>
        <w:t>(</w:t>
      </w:r>
      <w:r>
        <w:rPr>
          <w:rFonts w:asciiTheme="majorBidi" w:hAnsiTheme="majorBidi"/>
          <w:color w:val="auto"/>
          <w:sz w:val="28"/>
          <w:szCs w:val="28"/>
        </w:rPr>
        <w:t>D</w:t>
      </w:r>
      <w:r w:rsidR="006637E0" w:rsidRPr="00527931">
        <w:rPr>
          <w:rFonts w:asciiTheme="majorBidi" w:hAnsiTheme="majorBidi"/>
          <w:color w:val="auto"/>
          <w:sz w:val="28"/>
          <w:szCs w:val="28"/>
        </w:rPr>
        <w:t>IS)</w:t>
      </w:r>
    </w:p>
    <w:p w14:paraId="307D504E" w14:textId="54EA7A75" w:rsidR="00445AE4" w:rsidRPr="00527931" w:rsidRDefault="00546459" w:rsidP="00DB68A1">
      <w:pPr>
        <w:pStyle w:val="Heading3"/>
        <w:ind w:left="720"/>
        <w:jc w:val="center"/>
        <w:rPr>
          <w:rFonts w:asciiTheme="minorHAnsi" w:eastAsiaTheme="minorEastAsia" w:hAnsiTheme="minorHAnsi" w:cstheme="minorBidi"/>
          <w:color w:val="auto"/>
        </w:rPr>
      </w:pPr>
      <w:r w:rsidRPr="00527931">
        <w:rPr>
          <w:rFonts w:asciiTheme="minorHAnsi" w:eastAsiaTheme="minorEastAsia" w:hAnsiTheme="minorHAnsi" w:cstheme="minorBidi"/>
          <w:color w:val="auto"/>
        </w:rPr>
        <w:t xml:space="preserve">Degree Plan for </w:t>
      </w:r>
      <w:r w:rsidR="00DB68A1">
        <w:rPr>
          <w:rFonts w:asciiTheme="minorHAnsi" w:eastAsiaTheme="minorEastAsia" w:hAnsiTheme="minorHAnsi" w:cstheme="minorBidi"/>
          <w:color w:val="auto"/>
        </w:rPr>
        <w:t>M.Sc.</w:t>
      </w:r>
      <w:r w:rsidRPr="00527931">
        <w:rPr>
          <w:rFonts w:asciiTheme="minorHAnsi" w:eastAsiaTheme="minorEastAsia" w:hAnsiTheme="minorHAnsi" w:cstheme="minorBidi"/>
          <w:color w:val="auto"/>
        </w:rPr>
        <w:t xml:space="preserve"> in Cybersecurity</w:t>
      </w:r>
    </w:p>
    <w:p w14:paraId="5A474C0D" w14:textId="2CC6B283" w:rsidR="00445AE4" w:rsidRPr="00527931" w:rsidRDefault="00546459" w:rsidP="00DB68A1">
      <w:pPr>
        <w:ind w:firstLine="720"/>
        <w:jc w:val="center"/>
      </w:pPr>
      <w:r w:rsidRPr="00527931">
        <w:t>Program Requirements: 30 Credit Hours</w:t>
      </w:r>
    </w:p>
    <w:p w14:paraId="5B093865" w14:textId="0609BB0C" w:rsidR="00AB0CD3" w:rsidRPr="00527931" w:rsidRDefault="00AB0CD3" w:rsidP="00AB0CD3">
      <w:pPr>
        <w:pStyle w:val="ListParagraph"/>
        <w:numPr>
          <w:ilvl w:val="0"/>
          <w:numId w:val="12"/>
        </w:numPr>
        <w:rPr>
          <w:b/>
          <w:bCs/>
        </w:rPr>
      </w:pPr>
      <w:r w:rsidRPr="00527931">
        <w:rPr>
          <w:b/>
          <w:bCs/>
        </w:rPr>
        <w:t>Core</w:t>
      </w:r>
      <w:r w:rsidR="00CD17C4" w:rsidRPr="00527931">
        <w:rPr>
          <w:b/>
          <w:bCs/>
        </w:rPr>
        <w:t>/</w:t>
      </w:r>
      <w:r w:rsidR="002673DD" w:rsidRPr="00527931">
        <w:rPr>
          <w:b/>
          <w:bCs/>
        </w:rPr>
        <w:t>Major Courses</w:t>
      </w:r>
      <w:r w:rsidRPr="00527931">
        <w:rPr>
          <w:b/>
          <w:bCs/>
        </w:rPr>
        <w:t xml:space="preserve"> </w:t>
      </w:r>
    </w:p>
    <w:p w14:paraId="3E5965B2" w14:textId="6A43C0C9" w:rsidR="002673DD" w:rsidRPr="00527931" w:rsidRDefault="002673DD" w:rsidP="002673DD">
      <w:pPr>
        <w:rPr>
          <w:b/>
          <w:bCs/>
        </w:rPr>
      </w:pPr>
      <w:r w:rsidRPr="00527931">
        <w:rPr>
          <w:b/>
          <w:bCs/>
        </w:rPr>
        <w:t xml:space="preserve">Only two </w:t>
      </w:r>
      <w:r w:rsidR="002406C3" w:rsidRPr="00527931">
        <w:rPr>
          <w:b/>
          <w:bCs/>
        </w:rPr>
        <w:t>requirements</w:t>
      </w:r>
      <w:r w:rsidRPr="00527931">
        <w:rPr>
          <w:b/>
          <w:bCs/>
        </w:rPr>
        <w:t xml:space="preserve"> (program requirement and program elective)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6"/>
        <w:gridCol w:w="3947"/>
        <w:gridCol w:w="1490"/>
        <w:gridCol w:w="1597"/>
      </w:tblGrid>
      <w:tr w:rsidR="00527931" w:rsidRPr="00527931" w14:paraId="39C41E55" w14:textId="77777777" w:rsidTr="00924338">
        <w:trPr>
          <w:trHeight w:val="170"/>
        </w:trPr>
        <w:tc>
          <w:tcPr>
            <w:tcW w:w="925" w:type="pct"/>
          </w:tcPr>
          <w:p w14:paraId="7C3D64BD" w14:textId="77777777" w:rsidR="00445AE4" w:rsidRPr="00527931" w:rsidRDefault="00546459" w:rsidP="006637E0">
            <w:pPr>
              <w:spacing w:after="0" w:line="240" w:lineRule="auto"/>
              <w:rPr>
                <w:b/>
                <w:bCs/>
              </w:rPr>
            </w:pPr>
            <w:r w:rsidRPr="00527931">
              <w:rPr>
                <w:b/>
                <w:bCs/>
              </w:rPr>
              <w:t>Course Code</w:t>
            </w:r>
          </w:p>
        </w:tc>
        <w:tc>
          <w:tcPr>
            <w:tcW w:w="2287" w:type="pct"/>
          </w:tcPr>
          <w:p w14:paraId="5A4E9494" w14:textId="77777777" w:rsidR="00445AE4" w:rsidRPr="00527931" w:rsidRDefault="00546459" w:rsidP="006637E0">
            <w:pPr>
              <w:spacing w:after="0" w:line="240" w:lineRule="auto"/>
              <w:rPr>
                <w:b/>
                <w:bCs/>
              </w:rPr>
            </w:pPr>
            <w:r w:rsidRPr="00527931">
              <w:rPr>
                <w:b/>
                <w:bCs/>
              </w:rPr>
              <w:t>Course Title</w:t>
            </w:r>
          </w:p>
        </w:tc>
        <w:tc>
          <w:tcPr>
            <w:tcW w:w="863" w:type="pct"/>
          </w:tcPr>
          <w:p w14:paraId="13A6DD97" w14:textId="77777777" w:rsidR="00445AE4" w:rsidRPr="00527931" w:rsidRDefault="00546459" w:rsidP="00924338">
            <w:pPr>
              <w:spacing w:after="0" w:line="240" w:lineRule="auto"/>
              <w:jc w:val="center"/>
              <w:rPr>
                <w:b/>
                <w:bCs/>
              </w:rPr>
            </w:pPr>
            <w:r w:rsidRPr="00527931">
              <w:rPr>
                <w:b/>
                <w:bCs/>
              </w:rPr>
              <w:t>Credit Hours</w:t>
            </w:r>
          </w:p>
        </w:tc>
        <w:tc>
          <w:tcPr>
            <w:tcW w:w="925" w:type="pct"/>
          </w:tcPr>
          <w:p w14:paraId="038FABF2" w14:textId="77777777" w:rsidR="00445AE4" w:rsidRPr="00527931" w:rsidRDefault="00546459" w:rsidP="00924338">
            <w:pPr>
              <w:spacing w:after="0" w:line="240" w:lineRule="auto"/>
              <w:jc w:val="center"/>
              <w:rPr>
                <w:b/>
                <w:bCs/>
              </w:rPr>
            </w:pPr>
            <w:r w:rsidRPr="00527931">
              <w:rPr>
                <w:b/>
                <w:bCs/>
              </w:rPr>
              <w:t>Pre-requisite</w:t>
            </w:r>
          </w:p>
        </w:tc>
      </w:tr>
      <w:tr w:rsidR="00527931" w:rsidRPr="00527931" w14:paraId="3F1C19CB" w14:textId="77777777" w:rsidTr="00924338">
        <w:tc>
          <w:tcPr>
            <w:tcW w:w="925" w:type="pct"/>
          </w:tcPr>
          <w:p w14:paraId="3B124620" w14:textId="6FB76920" w:rsidR="00CB759E" w:rsidRPr="00527931" w:rsidRDefault="00CB759E" w:rsidP="00CB759E">
            <w:pPr>
              <w:spacing w:after="0" w:line="240" w:lineRule="auto"/>
            </w:pPr>
            <w:r w:rsidRPr="00527931">
              <w:t>MNGT501</w:t>
            </w:r>
          </w:p>
        </w:tc>
        <w:tc>
          <w:tcPr>
            <w:tcW w:w="2287" w:type="pct"/>
          </w:tcPr>
          <w:p w14:paraId="47191543" w14:textId="6A48DB9F" w:rsidR="00CB759E" w:rsidRPr="00527931" w:rsidRDefault="00CB759E" w:rsidP="00CB759E">
            <w:pPr>
              <w:spacing w:after="0" w:line="240" w:lineRule="auto"/>
            </w:pPr>
            <w:r w:rsidRPr="00527931">
              <w:t xml:space="preserve">Research Methodology </w:t>
            </w:r>
          </w:p>
        </w:tc>
        <w:tc>
          <w:tcPr>
            <w:tcW w:w="863" w:type="pct"/>
          </w:tcPr>
          <w:p w14:paraId="28518ACD" w14:textId="081E4B4A" w:rsidR="00CB759E" w:rsidRPr="00527931" w:rsidRDefault="00CB759E" w:rsidP="00CB759E">
            <w:pPr>
              <w:spacing w:after="0" w:line="240" w:lineRule="auto"/>
              <w:jc w:val="center"/>
            </w:pPr>
            <w:r w:rsidRPr="00527931">
              <w:t>3</w:t>
            </w:r>
          </w:p>
        </w:tc>
        <w:tc>
          <w:tcPr>
            <w:tcW w:w="925" w:type="pct"/>
          </w:tcPr>
          <w:p w14:paraId="5B469DAF" w14:textId="77777777" w:rsidR="00CB759E" w:rsidRPr="00527931" w:rsidRDefault="00CB759E" w:rsidP="00CB759E">
            <w:pPr>
              <w:spacing w:after="0" w:line="240" w:lineRule="auto"/>
              <w:jc w:val="center"/>
            </w:pPr>
          </w:p>
        </w:tc>
      </w:tr>
      <w:tr w:rsidR="00527931" w:rsidRPr="00527931" w14:paraId="354090B5" w14:textId="77777777" w:rsidTr="00924338">
        <w:tc>
          <w:tcPr>
            <w:tcW w:w="925" w:type="pct"/>
          </w:tcPr>
          <w:p w14:paraId="6AB60862" w14:textId="5842577B" w:rsidR="00445AE4" w:rsidRPr="00527931" w:rsidRDefault="001D620C" w:rsidP="006637E0">
            <w:pPr>
              <w:spacing w:after="0" w:line="240" w:lineRule="auto"/>
            </w:pPr>
            <w:r w:rsidRPr="00527931">
              <w:t>CYBS601</w:t>
            </w:r>
          </w:p>
        </w:tc>
        <w:tc>
          <w:tcPr>
            <w:tcW w:w="2287" w:type="pct"/>
          </w:tcPr>
          <w:p w14:paraId="646C7988" w14:textId="77777777" w:rsidR="00445AE4" w:rsidRPr="00527931" w:rsidRDefault="00546459" w:rsidP="006637E0">
            <w:pPr>
              <w:spacing w:after="0" w:line="240" w:lineRule="auto"/>
            </w:pPr>
            <w:r w:rsidRPr="00527931">
              <w:t>Network Security</w:t>
            </w:r>
          </w:p>
        </w:tc>
        <w:tc>
          <w:tcPr>
            <w:tcW w:w="863" w:type="pct"/>
          </w:tcPr>
          <w:p w14:paraId="307F3FC2" w14:textId="77777777" w:rsidR="00445AE4" w:rsidRPr="00527931" w:rsidRDefault="00546459" w:rsidP="00924338">
            <w:pPr>
              <w:spacing w:after="0" w:line="240" w:lineRule="auto"/>
              <w:jc w:val="center"/>
            </w:pPr>
            <w:r w:rsidRPr="00527931">
              <w:t>3</w:t>
            </w:r>
          </w:p>
        </w:tc>
        <w:tc>
          <w:tcPr>
            <w:tcW w:w="925" w:type="pct"/>
          </w:tcPr>
          <w:p w14:paraId="1CBDB7CA" w14:textId="4EBFF480" w:rsidR="00445AE4" w:rsidRPr="00527931" w:rsidRDefault="00445AE4" w:rsidP="00924338">
            <w:pPr>
              <w:spacing w:after="0" w:line="240" w:lineRule="auto"/>
              <w:jc w:val="center"/>
            </w:pPr>
          </w:p>
        </w:tc>
      </w:tr>
      <w:tr w:rsidR="00527931" w:rsidRPr="00527931" w14:paraId="7C6F66A7" w14:textId="77777777" w:rsidTr="00924338">
        <w:tc>
          <w:tcPr>
            <w:tcW w:w="925" w:type="pct"/>
          </w:tcPr>
          <w:p w14:paraId="08FC3ECF" w14:textId="7F222989" w:rsidR="00CB759E" w:rsidRPr="00527931" w:rsidRDefault="00CB759E" w:rsidP="00CB759E">
            <w:pPr>
              <w:spacing w:after="0" w:line="240" w:lineRule="auto"/>
            </w:pPr>
            <w:r w:rsidRPr="00527931">
              <w:t>CYBS602</w:t>
            </w:r>
          </w:p>
        </w:tc>
        <w:tc>
          <w:tcPr>
            <w:tcW w:w="2287" w:type="pct"/>
          </w:tcPr>
          <w:p w14:paraId="50023083" w14:textId="77777777" w:rsidR="00CB759E" w:rsidRPr="00527931" w:rsidRDefault="00CB759E" w:rsidP="00CB759E">
            <w:pPr>
              <w:spacing w:after="0" w:line="240" w:lineRule="auto"/>
            </w:pPr>
            <w:r w:rsidRPr="00527931">
              <w:t>Cryptography</w:t>
            </w:r>
          </w:p>
        </w:tc>
        <w:tc>
          <w:tcPr>
            <w:tcW w:w="863" w:type="pct"/>
          </w:tcPr>
          <w:p w14:paraId="7F0BFCF5" w14:textId="77777777" w:rsidR="00CB759E" w:rsidRPr="00527931" w:rsidRDefault="00CB759E" w:rsidP="00CB759E">
            <w:pPr>
              <w:spacing w:after="0" w:line="240" w:lineRule="auto"/>
              <w:jc w:val="center"/>
            </w:pPr>
            <w:r w:rsidRPr="00527931">
              <w:t>3</w:t>
            </w:r>
          </w:p>
        </w:tc>
        <w:tc>
          <w:tcPr>
            <w:tcW w:w="925" w:type="pct"/>
          </w:tcPr>
          <w:p w14:paraId="09F44E60" w14:textId="3513A73F" w:rsidR="00CB759E" w:rsidRPr="00527931" w:rsidRDefault="00CB759E" w:rsidP="00CB759E">
            <w:pPr>
              <w:spacing w:after="0" w:line="240" w:lineRule="auto"/>
              <w:jc w:val="center"/>
            </w:pPr>
          </w:p>
        </w:tc>
      </w:tr>
      <w:tr w:rsidR="00527931" w:rsidRPr="00527931" w14:paraId="2B4BB547" w14:textId="77777777" w:rsidTr="00924338">
        <w:tc>
          <w:tcPr>
            <w:tcW w:w="925" w:type="pct"/>
          </w:tcPr>
          <w:p w14:paraId="3902B683" w14:textId="135E88BD" w:rsidR="00CB759E" w:rsidRPr="00527931" w:rsidRDefault="00CB759E" w:rsidP="00CB759E">
            <w:pPr>
              <w:spacing w:after="0" w:line="240" w:lineRule="auto"/>
            </w:pPr>
            <w:r w:rsidRPr="00527931">
              <w:t>CYBS603</w:t>
            </w:r>
          </w:p>
        </w:tc>
        <w:tc>
          <w:tcPr>
            <w:tcW w:w="2287" w:type="pct"/>
          </w:tcPr>
          <w:p w14:paraId="38209768" w14:textId="77777777" w:rsidR="00CB759E" w:rsidRPr="00527931" w:rsidRDefault="00CB759E" w:rsidP="00CB759E">
            <w:pPr>
              <w:spacing w:after="0" w:line="240" w:lineRule="auto"/>
            </w:pPr>
            <w:r w:rsidRPr="00527931">
              <w:t>Security Policies and Procedures</w:t>
            </w:r>
          </w:p>
        </w:tc>
        <w:tc>
          <w:tcPr>
            <w:tcW w:w="863" w:type="pct"/>
          </w:tcPr>
          <w:p w14:paraId="555D4620" w14:textId="77777777" w:rsidR="00CB759E" w:rsidRPr="00527931" w:rsidRDefault="00CB759E" w:rsidP="00CB759E">
            <w:pPr>
              <w:spacing w:after="0" w:line="240" w:lineRule="auto"/>
              <w:jc w:val="center"/>
            </w:pPr>
            <w:r w:rsidRPr="00527931">
              <w:t>3</w:t>
            </w:r>
          </w:p>
        </w:tc>
        <w:tc>
          <w:tcPr>
            <w:tcW w:w="925" w:type="pct"/>
          </w:tcPr>
          <w:p w14:paraId="76580F31" w14:textId="4E03E012" w:rsidR="00CB759E" w:rsidRPr="00527931" w:rsidRDefault="00CB759E" w:rsidP="00CB759E">
            <w:pPr>
              <w:spacing w:after="0" w:line="240" w:lineRule="auto"/>
              <w:jc w:val="center"/>
            </w:pPr>
          </w:p>
        </w:tc>
      </w:tr>
      <w:tr w:rsidR="00527931" w:rsidRPr="00527931" w14:paraId="5A12AD95" w14:textId="77777777" w:rsidTr="00924338">
        <w:tc>
          <w:tcPr>
            <w:tcW w:w="925" w:type="pct"/>
          </w:tcPr>
          <w:p w14:paraId="12761C9E" w14:textId="096F5004" w:rsidR="00CB759E" w:rsidRPr="00527931" w:rsidRDefault="00CB759E" w:rsidP="00CB759E">
            <w:pPr>
              <w:spacing w:after="0" w:line="240" w:lineRule="auto"/>
            </w:pPr>
            <w:r w:rsidRPr="00527931">
              <w:t>CYBS604</w:t>
            </w:r>
          </w:p>
        </w:tc>
        <w:tc>
          <w:tcPr>
            <w:tcW w:w="2287" w:type="pct"/>
          </w:tcPr>
          <w:p w14:paraId="5834993C" w14:textId="77777777" w:rsidR="00CB759E" w:rsidRPr="00527931" w:rsidRDefault="00CB759E" w:rsidP="00CB759E">
            <w:pPr>
              <w:spacing w:after="0" w:line="240" w:lineRule="auto"/>
            </w:pPr>
            <w:r w:rsidRPr="00527931">
              <w:t>Ethical Hacking and Penetration Testing</w:t>
            </w:r>
          </w:p>
        </w:tc>
        <w:tc>
          <w:tcPr>
            <w:tcW w:w="863" w:type="pct"/>
          </w:tcPr>
          <w:p w14:paraId="74E789B5" w14:textId="77777777" w:rsidR="00CB759E" w:rsidRPr="00527931" w:rsidRDefault="00CB759E" w:rsidP="00CB759E">
            <w:pPr>
              <w:spacing w:after="0" w:line="240" w:lineRule="auto"/>
              <w:jc w:val="center"/>
            </w:pPr>
            <w:r w:rsidRPr="00527931">
              <w:t>3</w:t>
            </w:r>
          </w:p>
        </w:tc>
        <w:tc>
          <w:tcPr>
            <w:tcW w:w="925" w:type="pct"/>
          </w:tcPr>
          <w:p w14:paraId="719AC8B5" w14:textId="05B7F79F" w:rsidR="00CB759E" w:rsidRPr="00527931" w:rsidRDefault="00CB759E" w:rsidP="00CB759E">
            <w:pPr>
              <w:spacing w:after="0" w:line="240" w:lineRule="auto"/>
              <w:jc w:val="center"/>
            </w:pPr>
          </w:p>
        </w:tc>
      </w:tr>
      <w:tr w:rsidR="00527931" w:rsidRPr="00527931" w14:paraId="3BDE47A4" w14:textId="77777777" w:rsidTr="00924338">
        <w:tc>
          <w:tcPr>
            <w:tcW w:w="925" w:type="pct"/>
          </w:tcPr>
          <w:p w14:paraId="6446ABB5" w14:textId="3115ED5D" w:rsidR="00CB759E" w:rsidRPr="00527931" w:rsidRDefault="00CB759E" w:rsidP="00CB759E">
            <w:pPr>
              <w:spacing w:after="0" w:line="240" w:lineRule="auto"/>
            </w:pPr>
            <w:r w:rsidRPr="00527931">
              <w:t>CYBS605</w:t>
            </w:r>
          </w:p>
        </w:tc>
        <w:tc>
          <w:tcPr>
            <w:tcW w:w="2287" w:type="pct"/>
          </w:tcPr>
          <w:p w14:paraId="06362ABB" w14:textId="77777777" w:rsidR="00CB759E" w:rsidRPr="00527931" w:rsidRDefault="00CB759E" w:rsidP="00CB759E">
            <w:pPr>
              <w:spacing w:after="0" w:line="240" w:lineRule="auto"/>
            </w:pPr>
            <w:r w:rsidRPr="00527931">
              <w:t>Risk Management and Incident Response</w:t>
            </w:r>
          </w:p>
        </w:tc>
        <w:tc>
          <w:tcPr>
            <w:tcW w:w="863" w:type="pct"/>
          </w:tcPr>
          <w:p w14:paraId="6711F197" w14:textId="77777777" w:rsidR="00CB759E" w:rsidRPr="00527931" w:rsidRDefault="00CB759E" w:rsidP="00CB759E">
            <w:pPr>
              <w:spacing w:after="0" w:line="240" w:lineRule="auto"/>
              <w:jc w:val="center"/>
            </w:pPr>
            <w:r w:rsidRPr="00527931">
              <w:t>3</w:t>
            </w:r>
          </w:p>
        </w:tc>
        <w:tc>
          <w:tcPr>
            <w:tcW w:w="925" w:type="pct"/>
          </w:tcPr>
          <w:p w14:paraId="366E2DC2" w14:textId="7DA34382" w:rsidR="00CB759E" w:rsidRPr="00527931" w:rsidRDefault="00CB759E" w:rsidP="00CB759E">
            <w:pPr>
              <w:spacing w:after="0" w:line="240" w:lineRule="auto"/>
              <w:jc w:val="center"/>
            </w:pPr>
          </w:p>
        </w:tc>
      </w:tr>
      <w:tr w:rsidR="00527931" w:rsidRPr="00527931" w14:paraId="7779B73D" w14:textId="77777777" w:rsidTr="00924338">
        <w:tc>
          <w:tcPr>
            <w:tcW w:w="925" w:type="pct"/>
          </w:tcPr>
          <w:p w14:paraId="596F2216" w14:textId="58DA08A4" w:rsidR="00445AE4" w:rsidRPr="00C523B6" w:rsidRDefault="001D620C" w:rsidP="006637E0">
            <w:pPr>
              <w:spacing w:after="0" w:line="240" w:lineRule="auto"/>
            </w:pPr>
            <w:r w:rsidRPr="00C523B6">
              <w:t>CYBS7</w:t>
            </w:r>
            <w:r w:rsidR="00C523B6" w:rsidRPr="00C523B6">
              <w:t>07</w:t>
            </w:r>
          </w:p>
        </w:tc>
        <w:tc>
          <w:tcPr>
            <w:tcW w:w="2287" w:type="pct"/>
          </w:tcPr>
          <w:p w14:paraId="177B9916" w14:textId="05D0B672" w:rsidR="00445AE4" w:rsidRPr="00527931" w:rsidRDefault="004335F6" w:rsidP="006637E0">
            <w:pPr>
              <w:spacing w:after="0" w:line="240" w:lineRule="auto"/>
            </w:pPr>
            <w:r w:rsidRPr="00527931">
              <w:t xml:space="preserve">Thesis </w:t>
            </w:r>
          </w:p>
        </w:tc>
        <w:tc>
          <w:tcPr>
            <w:tcW w:w="863" w:type="pct"/>
          </w:tcPr>
          <w:p w14:paraId="7BAC9477" w14:textId="1011DD40" w:rsidR="00445AE4" w:rsidRPr="00527931" w:rsidRDefault="004335F6" w:rsidP="00924338">
            <w:pPr>
              <w:spacing w:after="0" w:line="240" w:lineRule="auto"/>
              <w:jc w:val="center"/>
            </w:pPr>
            <w:r w:rsidRPr="00527931">
              <w:t>6</w:t>
            </w:r>
          </w:p>
        </w:tc>
        <w:tc>
          <w:tcPr>
            <w:tcW w:w="925" w:type="pct"/>
          </w:tcPr>
          <w:p w14:paraId="26C89144" w14:textId="4E3E36F4" w:rsidR="00445AE4" w:rsidRPr="00527931" w:rsidRDefault="00341503" w:rsidP="00924338">
            <w:pPr>
              <w:spacing w:after="0" w:line="240" w:lineRule="auto"/>
              <w:jc w:val="center"/>
            </w:pPr>
            <w:r w:rsidRPr="00527931">
              <w:t xml:space="preserve">24 credits </w:t>
            </w:r>
          </w:p>
        </w:tc>
      </w:tr>
    </w:tbl>
    <w:p w14:paraId="6F82A098" w14:textId="5EFCAD1B" w:rsidR="00445AE4" w:rsidRPr="00527931" w:rsidRDefault="00546459" w:rsidP="00AB0CD3">
      <w:pPr>
        <w:pStyle w:val="ListParagraph"/>
        <w:numPr>
          <w:ilvl w:val="0"/>
          <w:numId w:val="12"/>
        </w:numPr>
      </w:pPr>
      <w:r w:rsidRPr="00527931">
        <w:rPr>
          <w:b/>
          <w:bCs/>
        </w:rPr>
        <w:t>Program Electives: 6 Credit Hours</w:t>
      </w:r>
      <w:r w:rsidRPr="00527931">
        <w:br/>
        <w:t xml:space="preserve">Two (2) courses to be chosen from the following </w:t>
      </w:r>
      <w:r w:rsidR="000F7FC5" w:rsidRPr="00527931">
        <w:t>courses.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0"/>
        <w:gridCol w:w="3422"/>
        <w:gridCol w:w="1579"/>
        <w:gridCol w:w="1859"/>
      </w:tblGrid>
      <w:tr w:rsidR="00527931" w:rsidRPr="00527931" w14:paraId="2BEFCF86" w14:textId="77777777" w:rsidTr="00A41694">
        <w:tc>
          <w:tcPr>
            <w:tcW w:w="1025" w:type="pct"/>
          </w:tcPr>
          <w:p w14:paraId="0157E840" w14:textId="77777777" w:rsidR="00445AE4" w:rsidRPr="00527931" w:rsidRDefault="00546459" w:rsidP="006637E0">
            <w:pPr>
              <w:spacing w:after="0" w:line="240" w:lineRule="auto"/>
              <w:rPr>
                <w:b/>
                <w:bCs/>
              </w:rPr>
            </w:pPr>
            <w:r w:rsidRPr="00527931">
              <w:rPr>
                <w:b/>
                <w:bCs/>
              </w:rPr>
              <w:t>Course Code</w:t>
            </w:r>
          </w:p>
        </w:tc>
        <w:tc>
          <w:tcPr>
            <w:tcW w:w="1982" w:type="pct"/>
          </w:tcPr>
          <w:p w14:paraId="24758AA3" w14:textId="77777777" w:rsidR="00445AE4" w:rsidRPr="00527931" w:rsidRDefault="00546459" w:rsidP="006637E0">
            <w:pPr>
              <w:spacing w:after="0" w:line="240" w:lineRule="auto"/>
              <w:rPr>
                <w:b/>
                <w:bCs/>
              </w:rPr>
            </w:pPr>
            <w:r w:rsidRPr="00527931">
              <w:rPr>
                <w:b/>
                <w:bCs/>
              </w:rPr>
              <w:t>Course Title</w:t>
            </w:r>
          </w:p>
        </w:tc>
        <w:tc>
          <w:tcPr>
            <w:tcW w:w="915" w:type="pct"/>
          </w:tcPr>
          <w:p w14:paraId="4C544936" w14:textId="77777777" w:rsidR="00445AE4" w:rsidRPr="00527931" w:rsidRDefault="00546459" w:rsidP="0002351C">
            <w:pPr>
              <w:spacing w:after="0" w:line="240" w:lineRule="auto"/>
              <w:jc w:val="center"/>
              <w:rPr>
                <w:b/>
                <w:bCs/>
              </w:rPr>
            </w:pPr>
            <w:r w:rsidRPr="00527931">
              <w:rPr>
                <w:b/>
                <w:bCs/>
              </w:rPr>
              <w:t>Credit Hours</w:t>
            </w:r>
          </w:p>
        </w:tc>
        <w:tc>
          <w:tcPr>
            <w:tcW w:w="1077" w:type="pct"/>
          </w:tcPr>
          <w:p w14:paraId="58897239" w14:textId="77777777" w:rsidR="00445AE4" w:rsidRPr="00527931" w:rsidRDefault="00546459" w:rsidP="0002351C">
            <w:pPr>
              <w:spacing w:after="0" w:line="240" w:lineRule="auto"/>
              <w:jc w:val="center"/>
              <w:rPr>
                <w:b/>
                <w:bCs/>
              </w:rPr>
            </w:pPr>
            <w:r w:rsidRPr="00527931">
              <w:rPr>
                <w:b/>
                <w:bCs/>
              </w:rPr>
              <w:t>Pre-requisite</w:t>
            </w:r>
          </w:p>
        </w:tc>
      </w:tr>
      <w:tr w:rsidR="00527931" w:rsidRPr="00527931" w14:paraId="42666266" w14:textId="77777777" w:rsidTr="00A41694">
        <w:tc>
          <w:tcPr>
            <w:tcW w:w="1025" w:type="pct"/>
          </w:tcPr>
          <w:p w14:paraId="29F900DA" w14:textId="36B8CAE6" w:rsidR="00A41694" w:rsidRPr="00527931" w:rsidRDefault="00A41694" w:rsidP="00A41694">
            <w:pPr>
              <w:spacing w:after="0" w:line="240" w:lineRule="auto"/>
            </w:pPr>
            <w:r w:rsidRPr="00527931">
              <w:t>CYBS606</w:t>
            </w:r>
          </w:p>
        </w:tc>
        <w:tc>
          <w:tcPr>
            <w:tcW w:w="1982" w:type="pct"/>
          </w:tcPr>
          <w:p w14:paraId="50A27560" w14:textId="77777777" w:rsidR="00A41694" w:rsidRPr="00527931" w:rsidRDefault="00A41694" w:rsidP="00A41694">
            <w:pPr>
              <w:spacing w:after="0" w:line="240" w:lineRule="auto"/>
            </w:pPr>
            <w:r w:rsidRPr="00527931">
              <w:t>Cloud Security</w:t>
            </w:r>
          </w:p>
        </w:tc>
        <w:tc>
          <w:tcPr>
            <w:tcW w:w="915" w:type="pct"/>
          </w:tcPr>
          <w:p w14:paraId="037DB6F9" w14:textId="77777777" w:rsidR="00A41694" w:rsidRPr="00527931" w:rsidRDefault="00A41694" w:rsidP="00A41694">
            <w:pPr>
              <w:spacing w:after="0" w:line="240" w:lineRule="auto"/>
              <w:jc w:val="center"/>
            </w:pPr>
            <w:r w:rsidRPr="00527931">
              <w:t>3</w:t>
            </w:r>
          </w:p>
        </w:tc>
        <w:tc>
          <w:tcPr>
            <w:tcW w:w="1077" w:type="pct"/>
          </w:tcPr>
          <w:p w14:paraId="08E132CC" w14:textId="43CF172A" w:rsidR="00A41694" w:rsidRPr="00527931" w:rsidRDefault="00A41694" w:rsidP="00A41694">
            <w:pPr>
              <w:spacing w:after="0" w:line="240" w:lineRule="auto"/>
              <w:jc w:val="center"/>
            </w:pPr>
          </w:p>
        </w:tc>
      </w:tr>
      <w:tr w:rsidR="00527931" w:rsidRPr="00527931" w14:paraId="2612B51A" w14:textId="77777777" w:rsidTr="00A41694">
        <w:tc>
          <w:tcPr>
            <w:tcW w:w="1025" w:type="pct"/>
          </w:tcPr>
          <w:p w14:paraId="6CD9B5EC" w14:textId="1B73FC67" w:rsidR="00A41694" w:rsidRPr="00527931" w:rsidRDefault="00A41694" w:rsidP="00A41694">
            <w:pPr>
              <w:spacing w:after="0" w:line="240" w:lineRule="auto"/>
            </w:pPr>
            <w:r w:rsidRPr="00527931">
              <w:t>CYBS607</w:t>
            </w:r>
          </w:p>
        </w:tc>
        <w:tc>
          <w:tcPr>
            <w:tcW w:w="1982" w:type="pct"/>
          </w:tcPr>
          <w:p w14:paraId="77251AE3" w14:textId="77777777" w:rsidR="00A41694" w:rsidRPr="00527931" w:rsidRDefault="00A41694" w:rsidP="00A41694">
            <w:pPr>
              <w:spacing w:after="0" w:line="240" w:lineRule="auto"/>
            </w:pPr>
            <w:r w:rsidRPr="00527931">
              <w:t>Internet of Things (IoT) Security</w:t>
            </w:r>
          </w:p>
        </w:tc>
        <w:tc>
          <w:tcPr>
            <w:tcW w:w="915" w:type="pct"/>
          </w:tcPr>
          <w:p w14:paraId="658575EA" w14:textId="77777777" w:rsidR="00A41694" w:rsidRPr="00527931" w:rsidRDefault="00A41694" w:rsidP="00A41694">
            <w:pPr>
              <w:spacing w:after="0" w:line="240" w:lineRule="auto"/>
              <w:jc w:val="center"/>
            </w:pPr>
            <w:r w:rsidRPr="00527931">
              <w:t>3</w:t>
            </w:r>
          </w:p>
        </w:tc>
        <w:tc>
          <w:tcPr>
            <w:tcW w:w="1077" w:type="pct"/>
          </w:tcPr>
          <w:p w14:paraId="4C099129" w14:textId="7AB88F01" w:rsidR="00A41694" w:rsidRPr="00527931" w:rsidRDefault="00A41694" w:rsidP="00A41694">
            <w:pPr>
              <w:spacing w:after="0" w:line="240" w:lineRule="auto"/>
              <w:jc w:val="center"/>
            </w:pPr>
          </w:p>
        </w:tc>
      </w:tr>
      <w:tr w:rsidR="00527931" w:rsidRPr="00527931" w14:paraId="2279AD5C" w14:textId="77777777" w:rsidTr="00A41694">
        <w:tc>
          <w:tcPr>
            <w:tcW w:w="1025" w:type="pct"/>
          </w:tcPr>
          <w:p w14:paraId="36BA6CCE" w14:textId="53B022F3" w:rsidR="00A41694" w:rsidRPr="00527931" w:rsidRDefault="00A41694" w:rsidP="00A41694">
            <w:pPr>
              <w:spacing w:after="0" w:line="240" w:lineRule="auto"/>
            </w:pPr>
            <w:r w:rsidRPr="00527931">
              <w:t>CYBS608</w:t>
            </w:r>
          </w:p>
        </w:tc>
        <w:tc>
          <w:tcPr>
            <w:tcW w:w="1982" w:type="pct"/>
          </w:tcPr>
          <w:p w14:paraId="28ECE3D1" w14:textId="77777777" w:rsidR="00A41694" w:rsidRPr="00527931" w:rsidRDefault="00A41694" w:rsidP="00A41694">
            <w:pPr>
              <w:spacing w:after="0" w:line="240" w:lineRule="auto"/>
            </w:pPr>
            <w:r w:rsidRPr="00527931">
              <w:t>Advanced Network Defense</w:t>
            </w:r>
          </w:p>
        </w:tc>
        <w:tc>
          <w:tcPr>
            <w:tcW w:w="915" w:type="pct"/>
          </w:tcPr>
          <w:p w14:paraId="22EC9F9F" w14:textId="77777777" w:rsidR="00A41694" w:rsidRPr="00527931" w:rsidRDefault="00A41694" w:rsidP="00A41694">
            <w:pPr>
              <w:spacing w:after="0" w:line="240" w:lineRule="auto"/>
              <w:jc w:val="center"/>
            </w:pPr>
            <w:r w:rsidRPr="00527931">
              <w:t>3</w:t>
            </w:r>
          </w:p>
        </w:tc>
        <w:tc>
          <w:tcPr>
            <w:tcW w:w="1077" w:type="pct"/>
          </w:tcPr>
          <w:p w14:paraId="6AB4504E" w14:textId="15531705" w:rsidR="00A41694" w:rsidRPr="00527931" w:rsidRDefault="00A41694" w:rsidP="00A41694">
            <w:pPr>
              <w:spacing w:after="0" w:line="240" w:lineRule="auto"/>
              <w:jc w:val="center"/>
            </w:pPr>
          </w:p>
        </w:tc>
      </w:tr>
      <w:tr w:rsidR="00527931" w:rsidRPr="00527931" w14:paraId="3301A4CA" w14:textId="77777777" w:rsidTr="00A41694">
        <w:tc>
          <w:tcPr>
            <w:tcW w:w="1025" w:type="pct"/>
          </w:tcPr>
          <w:p w14:paraId="30FC60EA" w14:textId="6A901E41" w:rsidR="00A41694" w:rsidRPr="00527931" w:rsidRDefault="00A41694" w:rsidP="00A41694">
            <w:pPr>
              <w:spacing w:after="0" w:line="240" w:lineRule="auto"/>
            </w:pPr>
            <w:r w:rsidRPr="00527931">
              <w:t>CYBS609</w:t>
            </w:r>
          </w:p>
        </w:tc>
        <w:tc>
          <w:tcPr>
            <w:tcW w:w="1982" w:type="pct"/>
          </w:tcPr>
          <w:p w14:paraId="5D1EB737" w14:textId="77777777" w:rsidR="00A41694" w:rsidRPr="00527931" w:rsidRDefault="00A41694" w:rsidP="00A41694">
            <w:pPr>
              <w:spacing w:after="0" w:line="240" w:lineRule="auto"/>
            </w:pPr>
            <w:r w:rsidRPr="00527931">
              <w:t>Blockchain and Cybersecurity</w:t>
            </w:r>
          </w:p>
        </w:tc>
        <w:tc>
          <w:tcPr>
            <w:tcW w:w="915" w:type="pct"/>
          </w:tcPr>
          <w:p w14:paraId="7E679A62" w14:textId="77777777" w:rsidR="00A41694" w:rsidRPr="00527931" w:rsidRDefault="00A41694" w:rsidP="00A41694">
            <w:pPr>
              <w:spacing w:after="0" w:line="240" w:lineRule="auto"/>
              <w:jc w:val="center"/>
            </w:pPr>
            <w:r w:rsidRPr="00527931">
              <w:t>3</w:t>
            </w:r>
          </w:p>
        </w:tc>
        <w:tc>
          <w:tcPr>
            <w:tcW w:w="1077" w:type="pct"/>
          </w:tcPr>
          <w:p w14:paraId="679AA6E6" w14:textId="2FA6E5D2" w:rsidR="00A41694" w:rsidRPr="00527931" w:rsidRDefault="00A41694" w:rsidP="00A41694">
            <w:pPr>
              <w:spacing w:after="0" w:line="240" w:lineRule="auto"/>
              <w:jc w:val="center"/>
            </w:pPr>
          </w:p>
        </w:tc>
      </w:tr>
      <w:tr w:rsidR="00527931" w:rsidRPr="00527931" w14:paraId="1F5382C6" w14:textId="77777777" w:rsidTr="00A41694">
        <w:tc>
          <w:tcPr>
            <w:tcW w:w="1025" w:type="pct"/>
          </w:tcPr>
          <w:p w14:paraId="611BAE0D" w14:textId="0E62390E" w:rsidR="00A41694" w:rsidRPr="00527931" w:rsidRDefault="00A41694" w:rsidP="00A41694">
            <w:pPr>
              <w:spacing w:after="0" w:line="240" w:lineRule="auto"/>
            </w:pPr>
            <w:r w:rsidRPr="00527931">
              <w:t>CYBS6</w:t>
            </w:r>
            <w:r w:rsidR="000131A3" w:rsidRPr="00527931">
              <w:t>10</w:t>
            </w:r>
          </w:p>
        </w:tc>
        <w:tc>
          <w:tcPr>
            <w:tcW w:w="1982" w:type="pct"/>
          </w:tcPr>
          <w:p w14:paraId="7DF10C4D" w14:textId="77777777" w:rsidR="00A41694" w:rsidRPr="00527931" w:rsidRDefault="00A41694" w:rsidP="00A41694">
            <w:pPr>
              <w:spacing w:after="0" w:line="240" w:lineRule="auto"/>
            </w:pPr>
            <w:r w:rsidRPr="00527931">
              <w:t>Cybersecurity Law and Ethics</w:t>
            </w:r>
          </w:p>
        </w:tc>
        <w:tc>
          <w:tcPr>
            <w:tcW w:w="915" w:type="pct"/>
          </w:tcPr>
          <w:p w14:paraId="2371CF2D" w14:textId="77777777" w:rsidR="00A41694" w:rsidRPr="00527931" w:rsidRDefault="00A41694" w:rsidP="00A41694">
            <w:pPr>
              <w:spacing w:after="0" w:line="240" w:lineRule="auto"/>
              <w:jc w:val="center"/>
            </w:pPr>
            <w:r w:rsidRPr="00527931">
              <w:t>3</w:t>
            </w:r>
          </w:p>
        </w:tc>
        <w:tc>
          <w:tcPr>
            <w:tcW w:w="1077" w:type="pct"/>
          </w:tcPr>
          <w:p w14:paraId="6025A5B9" w14:textId="30CB7C50" w:rsidR="00A41694" w:rsidRPr="00527931" w:rsidRDefault="00A41694" w:rsidP="00A41694">
            <w:pPr>
              <w:spacing w:after="0" w:line="240" w:lineRule="auto"/>
              <w:jc w:val="center"/>
            </w:pPr>
          </w:p>
        </w:tc>
      </w:tr>
      <w:tr w:rsidR="00A41694" w:rsidRPr="00527931" w14:paraId="300392B5" w14:textId="77777777" w:rsidTr="00A41694">
        <w:tc>
          <w:tcPr>
            <w:tcW w:w="1025" w:type="pct"/>
          </w:tcPr>
          <w:p w14:paraId="61CCB43A" w14:textId="527FCD42" w:rsidR="00A41694" w:rsidRPr="00527931" w:rsidRDefault="00A41694" w:rsidP="00A41694">
            <w:pPr>
              <w:spacing w:after="0" w:line="240" w:lineRule="auto"/>
            </w:pPr>
            <w:r w:rsidRPr="00527931">
              <w:t>CYBS6</w:t>
            </w:r>
            <w:r w:rsidR="000131A3" w:rsidRPr="00527931">
              <w:t>11</w:t>
            </w:r>
          </w:p>
        </w:tc>
        <w:tc>
          <w:tcPr>
            <w:tcW w:w="1982" w:type="pct"/>
          </w:tcPr>
          <w:p w14:paraId="052B0E29" w14:textId="77777777" w:rsidR="00A41694" w:rsidRPr="00527931" w:rsidRDefault="00A41694" w:rsidP="00A41694">
            <w:pPr>
              <w:spacing w:after="0" w:line="240" w:lineRule="auto"/>
            </w:pPr>
            <w:r w:rsidRPr="00527931">
              <w:t>Artificial Intelligence and Cybersecurity</w:t>
            </w:r>
          </w:p>
        </w:tc>
        <w:tc>
          <w:tcPr>
            <w:tcW w:w="915" w:type="pct"/>
          </w:tcPr>
          <w:p w14:paraId="5FCADC63" w14:textId="77777777" w:rsidR="00A41694" w:rsidRPr="00527931" w:rsidRDefault="00A41694" w:rsidP="00A41694">
            <w:pPr>
              <w:spacing w:after="0" w:line="240" w:lineRule="auto"/>
              <w:jc w:val="center"/>
            </w:pPr>
            <w:r w:rsidRPr="00527931">
              <w:t>3</w:t>
            </w:r>
          </w:p>
        </w:tc>
        <w:tc>
          <w:tcPr>
            <w:tcW w:w="1077" w:type="pct"/>
          </w:tcPr>
          <w:p w14:paraId="0475A33A" w14:textId="096CC66F" w:rsidR="00A41694" w:rsidRPr="00527931" w:rsidRDefault="00A41694" w:rsidP="00A41694">
            <w:pPr>
              <w:spacing w:after="0" w:line="240" w:lineRule="auto"/>
              <w:jc w:val="center"/>
            </w:pPr>
          </w:p>
        </w:tc>
      </w:tr>
    </w:tbl>
    <w:p w14:paraId="0E665970" w14:textId="278C10A9" w:rsidR="001D620C" w:rsidRPr="00527931" w:rsidRDefault="001D620C">
      <w:pPr>
        <w:rPr>
          <w:b/>
        </w:rPr>
      </w:pPr>
    </w:p>
    <w:p w14:paraId="5674F9F8" w14:textId="6E654A96" w:rsidR="001D620C" w:rsidRPr="00527931" w:rsidRDefault="001D620C">
      <w:pPr>
        <w:rPr>
          <w:b/>
        </w:rPr>
      </w:pPr>
      <w:r w:rsidRPr="00527931">
        <w:rPr>
          <w:b/>
        </w:rPr>
        <w:t>Level of difficulty should be maintained in sequencing PO</w:t>
      </w:r>
    </w:p>
    <w:sectPr w:rsidR="001D620C" w:rsidRPr="0052793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E21DC1"/>
    <w:multiLevelType w:val="hybridMultilevel"/>
    <w:tmpl w:val="525E30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63FB7"/>
    <w:multiLevelType w:val="hybridMultilevel"/>
    <w:tmpl w:val="1AE2A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D4431"/>
    <w:multiLevelType w:val="hybridMultilevel"/>
    <w:tmpl w:val="18A4B710"/>
    <w:lvl w:ilvl="0" w:tplc="39EA59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845F9D"/>
    <w:multiLevelType w:val="hybridMultilevel"/>
    <w:tmpl w:val="9424C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0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31A3"/>
    <w:rsid w:val="0002351C"/>
    <w:rsid w:val="00034616"/>
    <w:rsid w:val="0006063C"/>
    <w:rsid w:val="000F7FC5"/>
    <w:rsid w:val="0015074B"/>
    <w:rsid w:val="001C656E"/>
    <w:rsid w:val="001D620C"/>
    <w:rsid w:val="001E5CF8"/>
    <w:rsid w:val="001F277E"/>
    <w:rsid w:val="002124F5"/>
    <w:rsid w:val="002406C3"/>
    <w:rsid w:val="002673DD"/>
    <w:rsid w:val="0029639D"/>
    <w:rsid w:val="002C506E"/>
    <w:rsid w:val="00326F90"/>
    <w:rsid w:val="00341503"/>
    <w:rsid w:val="004335F6"/>
    <w:rsid w:val="00445AE4"/>
    <w:rsid w:val="00527931"/>
    <w:rsid w:val="00546459"/>
    <w:rsid w:val="00661269"/>
    <w:rsid w:val="006637E0"/>
    <w:rsid w:val="006E1269"/>
    <w:rsid w:val="00707D84"/>
    <w:rsid w:val="007831D6"/>
    <w:rsid w:val="008C2365"/>
    <w:rsid w:val="00924338"/>
    <w:rsid w:val="009402A2"/>
    <w:rsid w:val="009C04FC"/>
    <w:rsid w:val="00A41694"/>
    <w:rsid w:val="00A52882"/>
    <w:rsid w:val="00AA1D8D"/>
    <w:rsid w:val="00AB0CD3"/>
    <w:rsid w:val="00B47730"/>
    <w:rsid w:val="00C523B6"/>
    <w:rsid w:val="00CB0664"/>
    <w:rsid w:val="00CB759E"/>
    <w:rsid w:val="00CD17C4"/>
    <w:rsid w:val="00D04B1C"/>
    <w:rsid w:val="00DB68A1"/>
    <w:rsid w:val="00EE737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2E9DFFE6-C193-4EA1-B0E6-6B6D2871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B6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8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9D5188-844F-4D7F-A840-F47C740A3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Sallam Osman  Fageeri</cp:lastModifiedBy>
  <cp:revision>2</cp:revision>
  <dcterms:created xsi:type="dcterms:W3CDTF">2026-07-21T08:06:00Z</dcterms:created>
  <dcterms:modified xsi:type="dcterms:W3CDTF">2026-07-21T08:06:00Z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f9e06217a278f9b1f25496d153953f264028fe7d4367d458feba30b996894566</vt:lpwstr>
  </property>
</Properties>
</file>